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שאלה מגוונות ברמה גבוהה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מילות שאלה של סיבה לבין מילות שאלה של 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שאלות מתאימות לפי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היכן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כיצד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על 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מאיזו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הדרך שבה פעלת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ממתי עד מתי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 המילים מבטאות שאלת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כיצד שואלת על אופן או 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מטרה היא התכלית, לא ההסבר לעבר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מאיזו סיבה שואלת סיבה, מאין שואלת מקור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שתיהן שואלות על 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להיכן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לשם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כיצד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כמה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מאיזו סיבה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(שואלת על 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(שואלת על מטרה)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(שואלת על אופן)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(שואלת על 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(שואלת על טווח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(שואלת על מקור או התחלה)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לשם מה חשוב ללמוד שפה חדשה?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מאיזו סיבה חשוב להגיע בזמן לשיעור?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השתמש בשלוש מילות שאלה שונות ושהשאלות הגיוניות ביחס לאירוע שבחר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למה שואלת סיבה, לשם מה שואלת 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שאלה הגיונית עם כיצד שעוסקת באופן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ממתי עד מתי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בסבב שבו כל תלמיד בוחר מילת שאלה אחת ובונה איתה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שאלת סיבה (למה) לשאלת מטרה (לשם מה) בעזרת דוגמאות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לזוגות לתרגול חלק ההתאמה בעל פה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מילים ששואלים בהן שאלות, כמו איך, למה, מתי. כל מילה שואלת על משהו אחר.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/ מדוע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על סיבה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לשם 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על מטרה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כיצד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גבוהה במקום איך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היכן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גבוהה במקום איפה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מאין / מאיפה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על מקור או התחלה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מאיזו סיבה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מפורטת על סיבה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אופן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על הדרך שבה עשו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עד מתי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על זמן סיום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שואלת על מקום?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גבוהה פירושה 'איך'?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כיצד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השאלה הזו שואלת על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מטרה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כמות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שואלת 'למה'?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מאיזו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שואלים איך עשית משהו?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הדרך שבה פעלת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הזמן שבו פעלת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המקום שבו היית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עזר 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שואלת מתי התחיל ומתי נגמר?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ממתי עד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 זמן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'מדוע' ו'למה' שואלות שתיהן על סיבה.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'כיצד' שואלת על מקום.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'לשם מה' שואלת על מטרה ולא על סיבה.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'מאיזו סיבה' ו'מאין' שואלות על אותו דבר.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'היכן' היא מילה נרדפת ל'איפה'.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הלכת אתמול לבית הספר? (שואלים על מקום)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בחרת ללמוד את המקצוע הזה? (שואלים על מטרה)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פתרת את התרגיל הזה? (שואלים על דרך)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נמשכה ההפסקה? (שואלים על משך זמן)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הגעת מאוחר היום? (שואלים על סיבה)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למה / מדוע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שואלת על אופן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לשם 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שואלת על מקור או התחלה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כיצד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שואלת על 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היכן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שואלת על טווח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ממתי עד מתי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שואלת על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מאין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שואלת על מטרה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שאלה שמתחילה במילה 'לשם מה' על נושא שבחרתם.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שאלה שמתחילה ב'מאיזו סיבה' הקשורה ללימודים.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אירוע מחייכם וכתבו עליו שלוש שאלות שונות באמצעות מילות שאלה גבוהות (כיצד, לשם מה, מאיזו סיבה).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'למה' ל'לשם מה'?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לשאלה עם 'כיצד'.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מילת שאלה מתאימה לשאלה על טווח זמן?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שאלה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