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מגוונות ברמה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מילות שאלה של סיבה לבין מילות שאלה של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מתאימות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מבטאות שאלת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כיצד שואלת על אופן או 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לשם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כיצד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(שואלת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(שואלת על 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(שואלת על אופן)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(שואלת על 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לשם מה חשוב ללמוד שפה חדשה?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למה שואלת סיבה, לשם מה שואלת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כיצד שעוסקת באופן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ממתי עד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שבו כל תלמיד בוחר מילת שאלה אחת ובונה איתה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שאלת סיבה (למה) לשאלת מטרה (לשם מה) בעזרת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לתרגול חלק ההתאמה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מילות שאלה שונות, כולל מילים גבוהות כמו כיצד, לשם מה ומאיזו סיבה. כל מילת שאלה פותחת דלת למידע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להיכן  ·  כיצד  ·  לשם 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שאלה מתאימה לשאלה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מילת שאלה גבוהה מחליפה את המילה 'איך'?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'לשם מה הלכת לספרייה?' – על מה שואלים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'מדוע' ו'למה' שואלות שתיהן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'כיצד'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הלכת אתמול לבית הספר? (שואלים על מקום)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בחרת ללמוד את המקצוע הזה? (שואלים על מטרה)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פתרת את התרגיל הזה? (שואלים על דרך)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למה /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שואלת על אופן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לשם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שואלת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שואלת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שואלת על 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שמתחילה במילה 'לשם מה' על נושא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'למה' ל'לשם 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לשאלה עם 'כיצד'.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